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תמרורי 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תמרורי שיח: תמרורים ושיח על החיים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תמרורים נפוצים ואת המשמעות שלהם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בטיחות בסיסיים כהולכי רגל, רוכבי אופניים ונוסעים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מסרים מהכביש לערכים אישיים כמו סבלנות, ויתור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ושיח סביב דילמות יומיומיות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את התמרורים – איזה תמרור 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עצירה מלאה ומסתכלים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להאט ולתת לרכב בדרך הראשית לעבור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הולכים בהליכה ישרה אחרי שבודקים לצדדים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להביט לשני הצדדים ולהקשיב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את התמרורים – תמרור ומשמעותו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(עוצרים עצירה מלאה ומסתכלים לפני שממשיכים)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(מאטים ונותנים לרכב בדרך הראשית לעבור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(המקום הבטוח לחצות בו את הכביש)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(לעצור ולחשוב גם כשכועסים, לפני שמגיבים)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(לוותר כדי שלמישהו אחר יהיה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את התמרורים – חושבים על התמרורים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עצירה מלאה, מסתכלים לכל הכיוונים וממשיכים רק כשבטוח.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לדוגמה: לפני שעונים בכעס או לפני החלטה חשובה.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המתארת ויתור ותחושה שהרגישו אחריו.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אישית, לדוגמה חבר, הורה או מורה שנותנים תחושת ביטחון.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הולכי רגל ובטיחות בדרך – זיהוי וזכירה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אפשר להסתכל לכל הכיוונים לפני שממשיכים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במעבר חציה חוצים בהליכה ישרה ולא בריצה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רואים אם מתקרב רכב לפני שחוצים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הולכי רגל ובטיחות בדרך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עומדים על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מאטים ונותנים לרכב בדרך הראשית לעבור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הולכי רגל ובטיחות בדרך – יישום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הליכה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הולכי רגל ובטיחות בדרך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 עצירה מלאה לפני הקו)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(מאטים ונותנים לרכב בדרך הראשית לעבור)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(עומדים, מביטים לצדדים וחוצים בהליכה)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(ימינה ושמאלה)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אופניים, קורקינט ונסיעה ברכב – זכרון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שההגנה תתאים לגיל ולמשקל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לחבוש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ללבוש בגדים בהירים כדי שאחרים יבחינו בנו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אופניים, קורקינט ונסיעה ברכב – יישום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חגורה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אופניים, קורקינט ונסיעה ברכב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(מגינה על הראש ברכיבה)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(שומרת עלינו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(מתאים לגיל ולמשקל של הילד)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(כלי רכב קטן שרוכבים עליו בעמידה)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אופניים, קורקינט ונסיעה ברכב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למשל: הגוף גדל, לכן גם סוג ההגנה (מושב, חגורה) צריך להתאים לגודל ולגיל החדשים.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שהאופניים תקינים, לחבוש קסדה, להסתכל לצדדים, להתחיל לרכוב 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- למשל: לחבוש קסדה, לחגור חגורה, להסתכל לצדדים, לא לרוץ בתחנה, לשבת במקום עד שהנסיעה מסתיימת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ערכים שהתמרור מזכיר: סבלנות, זכות קדימה ואחריות – הכרת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עצירה מלאה לפני הקו ומסתכלים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מאטים ונותנים לרכב בדרך הראשית לעבור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ערכים שהתמרור מזכיר: סבלנות, זכות קדימה ואחריות – מתמרור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הכרטיס עצור מוזכר גם בנושא סבלנות ואיפוק בשאלה מה עוזר לנו להירגע לפני תגובה.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נושא הכרטיס בדיוק.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ערכים שהתמרור מזכיר: סבלנות, זכות קדימה ואחריות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(לעצור ולחשוב לפני שממשיכים)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(לוותר כדי שלמישהו אחר יהיה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(להביט לצדדים ולחצות בבטחה)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(לעצור לפני שמגיבים בכעס)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ערכים שהתמרור מזכיר: סבלנות, זכות קדימה ואחריות – השלמה ושאלה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גבולות ובחירות שלי – היכרות עם התמרורים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עצירה מלאה ומסתכלים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אסור להיכנס לשם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גבולות ובחירות שלי – עוד על התמרורים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מה שהתמרור אומר - לעצור ממש, לא רק להאט.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מסתכלים לכל הכיוונים, וממשיכים רק כשבטוח.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גבולות ובחירות שלי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צדדים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גבולות ובחירות שלי – מהכביש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(לעצור ולחשוב לפני שמגיבים בכעס)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(לדעת לומר לא ולשמור על גבול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(לוותר לפעמים כדי שלמישהו אחר יהיה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(למצוא מקום בטוח לשתף ולהתקדם בשלב 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בונים תמרור משלנו – היכרות עם התמרורים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להאט ולתת לרכב אחר לעבור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נכון: עצירה מלאה לפני הקו, הסתכלות לצדדים; תן זכות קדימה - האטה ומתן מעבר לרכב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מלא: עמידה על שפת המדרכה, הסתכלות לשני הצדדים, הליכה רגועה ולא ריצה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שמקשר תמרור (למשל עצור) לערך אישי (למשל לעצור ולחשוב לפני תגובה)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מפגשים קצרים - פרק אחד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עם קושי בכתיבה אפשר להסתפק בתשובה בעל פה או בציור במקום משפט 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כדאי להוסיף מילון תמונות של מילות מפתח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האחרון אפשר לתת זמן נוסף להצגת התמרור האישי שכל תלמיד בנה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תמרורי 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תמרורי שיח: תמרורים ושיח על החיים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יש תמרורים. כל תמרור מספר משהו על הכביש. קוראים, וכותבים תשובה קצרה. אפשר לעבוד עם חבר או חברה.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בכביש שאומר לנו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שאומר לעצור לגמרי לפני שממשיכים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 זכות 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שאומר להאט ולתת לאחרים לעבור קודם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המיועד לחצות בו את הכביש בבטחה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הולך 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שהולך ברגל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לעבור ראשון לפי כללי הדרך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לעצמי ולאחרים בזמן הנכון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לחכות ולא למהר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שמסמן עד כמה מותר להגיע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כיסוי ראש שמגן בזמן רכיבה על אופניים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מכירים את התמרורים – איזה תמרור זה?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ליד 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מהר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עצירה מלאה ומסתכלים לכל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סוגרים עיניים ועוצרים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עוצרים רק אם רואים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ליד תמרור תן זכות קדימה?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 ולחנות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להאט ולתת לרכב בדרך הראשית לעבור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לנסוע מהר יותר מכל הרכבים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לחצות מיד את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חוצים את הכביש במעבר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כמה שיותר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הולכים בהליכה ישרה אחרי שבודקים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 על רגל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חוצים בעיניים עצומות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לפני שחוצים?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להביט לשני הצדדים ולהקשיב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לנופף ביד לנהגים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מכירים את התמרורים – תמרור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לוותר כדי שלמישהו אחר יהיה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עוצרים עצירה מלאה ומסתכלים לפני שממשיכים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לעצור ולחשוב גם כשכועסים, לפני שמגיבים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עצור בחיים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מאטים ונותנים לרכב בדרך הראשית לעבור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תן זכות קדימה בחיים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הבטוח לחצות בו את הכביש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מכירים את התמרורים – חושבים על התמרורים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שמסביר מה עושים בכביש כשרואים תמרור עצור.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בחיים כדאי לעצור לרגע ולחשוב לפני שממשיכים? תנו דוגמה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על פעם שוויתרתם למישהו, כמו בתמרור תן זכות קדימה, ואיך הרגשתם.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לכם לחצות בבטחה שלב חדש בחיים, כמו במעבר חציה?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הולכי רגל ובטיחות בדרך – זיהוי וזכירה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בתמרור עצור צריך לעצור עצירה מלאה לפני הקו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במעבר חציה הולכים בריצה כדי לחצות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שחוצים כביש מביטים לשני הצדדים ומקשיבים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הולכי רגל ובטיחות בדרך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ראשון לפני שחוצים?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 על 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חוצים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עוצרים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הנהג בתמרור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עצירה 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מאטים ונותנים לרכב בדרך הראשית לעבור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ממשיכים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חונים בצד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הולכי רגל ובטיחות בדרך – יישום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שחוצים כביש, עומדים על __________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במעבר חציה חוצים ב__________ ולא בריצה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הולכי רגל ובטיחות בדרך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עומדים, מביטים לצדדים וחוצים בהליכה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ימינה ושמאלה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עוצרים עצירה מלאה לפני הקו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מבט לפני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מאטים ונותנים לרכב בדרך הראשית לעבור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אופניים, קורקינט ונסיעה ברכב – זכרון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יש מושב מיוחד לילדים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שיהיה להם נוח יותר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שההגנה תתאים לגיל ולמשקל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שיראו טוב יותר דרך החלון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שלא ישעממו בנסיעה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חובה ללבוש לפני רכיבה?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לחבוש קסדה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לנסוע הכי מהר שאפשר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להסתכל לצדדים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לרכוב בכביש הראשי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ללבוש בגדים בהירים בכביש?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לנסוע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ללבוש בגדים בהירים כדי שאחרים יבחינו 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להסתכל סביב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לרכוב רק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אופניים, קורקינט ונסיעה ברכב – יישום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במושב בטיחות או במושב מגביה יושבים ילדים כדי שההגנה תתאים לגיל ול__________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רכיבה על אופניים או קורקינט חובשים __________ כדי להגן על הראש.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ברכב תמיד חוגרים __________ כדי להישאר בטוחים גם אם הנהג בולם פתאום.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אופניים, קורקינט ונסיעה ברכב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 רכב קטן שרוכבים עליו בעמידה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מתאים לגיל ולמשקל של הילד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מושב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שומרת עלינו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קורקינט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מגינה על הראש ברכיבה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אופניים, קורקינט ונסיעה ברכב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תמרור 'מושב בטיחות' שואל: למה ההגנה שמתאימה לנו משתנה כשאנחנו גדלים? כתבו תשובה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סדרו לפי סדר נכון את הפעולות לפני רכיבה בטוחה על אופניים או קורקינט.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שלושה כללי בטיחות חשובים לנסיעה באופניים, בקורקינט או באוטובוס.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ערכים שהתמרור מזכיר: סבלנות, זכות קדימה ואחריות – הכרת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בכביש כשרואים 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עצירה מלאה לפני הקו ומסתכלים לכל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מאיצים כדי לעבור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עוצרים רק אם רואים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כשרואים תמרור תן זכות קדימה?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מאטים ונותנים לרכב בדרך הראשית לעבור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נוסעים מהר יותר כדי להקדים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עוצרים לגמרי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חונים בצד הכביש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ערכים שהתמרור מזכיר: סבלנות, זכות קדימה ואחריות – מתמרור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עצור מופיע גם בנושא סבלנות ואיפוק, כי עצירה עוזרת לנו לפני שאנחנו מגיבים בכעס.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תן זכות קדימה שייך לנושא לתת זכות קדימה.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ערכים שהתמרור מזכיר: סבלנות, זכות קדימה ואחריות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לעצור לפני שמגיבים בכעס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להביט לצדדים ולחצות בבטחה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לעצור ולחשוב לפני שממשיכים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סבלנות ואיפוק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לוותר כדי שלמישהו אחר יהיה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ערכים שהתמרור מזכיר: סבלנות, זכות קדימה ואחריות – השלמה ושאלה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בתמרור תן זכות קדימה אנחנו __________ ונותנים לרכב בדרך הראשית לעבור קודם.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גבולות ובחירות שלי – היכרות עם התמרורים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עצירה מלאה ומסתכלים לכל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עוצרים לרגע קטן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פונים ישר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אומר תמרור אין כניסה?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אסור להיכנס לשם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חובה להיכנס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מותר להיכנס רק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לחכות בתור ארוך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גבולות ובחירות שלי – עוד על התמרורים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בתמרור עצור צריך לעצור עצירה מלאה לפני הקו.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שעוצרים בתמרור עצור, אפשר מיד להמשיך בלי להסתכל סביב.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גבולות ובחירות שלי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שחוצים במעבר חציה, מביטים לשני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גבולות ובחירות שלי – מהכביש לחיים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לוותר לפעמים כדי שלמישהו אחר יהיה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אין כניסה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למצוא מקום בטוח לשתף ולהתקדם בשלב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לעצור ולחשוב לפני שמגיבים בכעס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לדעת לומר לא ולשמור על גבול אישי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בונים תמרור משלנו – היכרות עם התמרורים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לפני מה עוצרים בתמרור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הכביש הראשי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כשרואים תן זכות קדימה?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להאיץ ולעקוף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להאט ולתת לרכב אחר לעבור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לחנות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להדליק אורות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אומר תמרור עצור ותמרור תן זכות קדימה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לתאר איך חוצים כביש בבטחה במעבר חציה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לכתוב משפט שמקשר בין תמרור אחד לערך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תמרורי שיח: תמרורים ושיח על החיים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